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Учебная карточка формирования договора</w:t>
      </w:r>
    </w:p>
    <w:p>
      <w:r>
        <w:t>Все данные вымышлены. Это демонстрация заполнения полей, не юридический договор.</w:t>
      </w:r>
    </w:p>
    <w:p>
      <w:r>
        <w:t>Организация: {{ company_name }}</w:t>
      </w:r>
    </w:p>
    <w:p>
      <w:r>
        <w:t>Номер: {{ contract_number }}</w:t>
      </w:r>
    </w:p>
    <w:p>
      <w:r>
        <w:t>Состав заказа: {{ order_description }}</w:t>
      </w:r>
    </w:p>
    <w:p>
      <w:r>
        <w:t>Сумма, руб.: {{ total_rub }}</w:t>
      </w:r>
    </w:p>
    <w:p>
      <w:r>
        <w:t>Версия шаблона: {{ template_version }}</w:t>
      </w:r>
    </w:p>
    <w:p>
      <w:r>
        <w:t>Согласованный текст договора предоставляет заказчик.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