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Учебная карточка формирования договора</w:t>
      </w:r>
    </w:p>
    <w:p>
      <w:r>
        <w:t>Все данные вымышлены. Это демонстрация заполнения полей, не юридический договор.</w:t>
      </w:r>
    </w:p>
    <w:p>
      <w:r>
        <w:t>Организация: Учебная компания «Пример»</w:t>
      </w:r>
    </w:p>
    <w:p>
      <w:r>
        <w:t>Номер: DEMO-001</w:t>
      </w:r>
    </w:p>
    <w:p>
      <w:r>
        <w:t>Состав заказа: Учебная настройка выгрузки</w:t>
      </w:r>
    </w:p>
    <w:p>
      <w:r>
        <w:t>Сумма, руб.: 4900.00</w:t>
      </w:r>
    </w:p>
    <w:p>
      <w:r>
        <w:t>Версия шаблона: demo-v1</w:t>
      </w:r>
    </w:p>
    <w:p>
      <w:r>
        <w:t>Согласованный текст договора предоставляет заказчик.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